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60FF8" w14:textId="4D08DD77" w:rsidR="00C379E1" w:rsidRPr="00BF291E" w:rsidRDefault="00DD7921">
      <w:pPr>
        <w:pStyle w:val="Nadpis1"/>
        <w:jc w:val="center"/>
        <w:rPr>
          <w:sz w:val="40"/>
          <w:szCs w:val="40"/>
        </w:rPr>
      </w:pPr>
      <w:proofErr w:type="spellStart"/>
      <w:r w:rsidRPr="00BF291E">
        <w:rPr>
          <w:sz w:val="40"/>
          <w:szCs w:val="40"/>
        </w:rPr>
        <w:t>Žádost</w:t>
      </w:r>
      <w:proofErr w:type="spellEnd"/>
      <w:r w:rsidRPr="00BF291E">
        <w:rPr>
          <w:sz w:val="40"/>
          <w:szCs w:val="40"/>
        </w:rPr>
        <w:t xml:space="preserve"> o </w:t>
      </w:r>
      <w:proofErr w:type="spellStart"/>
      <w:r w:rsidRPr="00BF291E">
        <w:rPr>
          <w:sz w:val="40"/>
          <w:szCs w:val="40"/>
        </w:rPr>
        <w:t>registraci</w:t>
      </w:r>
      <w:proofErr w:type="spellEnd"/>
      <w:r w:rsidRPr="00BF291E">
        <w:rPr>
          <w:sz w:val="40"/>
          <w:szCs w:val="40"/>
        </w:rPr>
        <w:t xml:space="preserve"> </w:t>
      </w:r>
      <w:proofErr w:type="spellStart"/>
      <w:r w:rsidRPr="00BF291E">
        <w:rPr>
          <w:sz w:val="40"/>
          <w:szCs w:val="40"/>
        </w:rPr>
        <w:t>psa</w:t>
      </w:r>
      <w:proofErr w:type="spellEnd"/>
      <w:r w:rsidRPr="00BF291E">
        <w:rPr>
          <w:sz w:val="40"/>
          <w:szCs w:val="40"/>
        </w:rPr>
        <w:t xml:space="preserve"> do </w:t>
      </w:r>
      <w:proofErr w:type="spellStart"/>
      <w:r w:rsidRPr="00BF291E">
        <w:rPr>
          <w:sz w:val="40"/>
          <w:szCs w:val="40"/>
        </w:rPr>
        <w:t>Centrální</w:t>
      </w:r>
      <w:proofErr w:type="spellEnd"/>
      <w:r w:rsidRPr="00BF291E">
        <w:rPr>
          <w:sz w:val="40"/>
          <w:szCs w:val="40"/>
        </w:rPr>
        <w:t xml:space="preserve"> evidence </w:t>
      </w:r>
      <w:proofErr w:type="spellStart"/>
      <w:r w:rsidRPr="00BF291E">
        <w:rPr>
          <w:sz w:val="40"/>
          <w:szCs w:val="40"/>
        </w:rPr>
        <w:t>psů</w:t>
      </w:r>
      <w:proofErr w:type="spellEnd"/>
      <w:r w:rsidRPr="00BF291E">
        <w:rPr>
          <w:sz w:val="40"/>
          <w:szCs w:val="40"/>
        </w:rPr>
        <w:t xml:space="preserve"> (CEP) FO</w:t>
      </w:r>
    </w:p>
    <w:p w14:paraId="7C4C8AD7" w14:textId="77777777" w:rsidR="00C379E1" w:rsidRDefault="00DA42C7">
      <w:pPr>
        <w:pStyle w:val="Nadpis2"/>
      </w:pPr>
      <w:proofErr w:type="spellStart"/>
      <w:r>
        <w:t>Identifikace</w:t>
      </w:r>
      <w:proofErr w:type="spellEnd"/>
      <w:r>
        <w:t xml:space="preserve"> psa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538"/>
        <w:gridCol w:w="496"/>
        <w:gridCol w:w="76"/>
        <w:gridCol w:w="420"/>
        <w:gridCol w:w="152"/>
        <w:gridCol w:w="344"/>
        <w:gridCol w:w="229"/>
        <w:gridCol w:w="267"/>
        <w:gridCol w:w="305"/>
        <w:gridCol w:w="191"/>
        <w:gridCol w:w="382"/>
        <w:gridCol w:w="114"/>
        <w:gridCol w:w="458"/>
        <w:gridCol w:w="38"/>
        <w:gridCol w:w="497"/>
        <w:gridCol w:w="38"/>
        <w:gridCol w:w="458"/>
        <w:gridCol w:w="114"/>
        <w:gridCol w:w="382"/>
        <w:gridCol w:w="191"/>
        <w:gridCol w:w="305"/>
        <w:gridCol w:w="267"/>
        <w:gridCol w:w="229"/>
        <w:gridCol w:w="344"/>
        <w:gridCol w:w="152"/>
        <w:gridCol w:w="420"/>
        <w:gridCol w:w="76"/>
        <w:gridCol w:w="497"/>
      </w:tblGrid>
      <w:tr w:rsidR="00E3440F" w14:paraId="654E232B" w14:textId="77777777" w:rsidTr="00714607">
        <w:trPr>
          <w:jc w:val="center"/>
        </w:trPr>
        <w:tc>
          <w:tcPr>
            <w:tcW w:w="3538" w:type="dxa"/>
            <w:shd w:val="clear" w:color="auto" w:fill="D9D9D9" w:themeFill="background1" w:themeFillShade="D9"/>
          </w:tcPr>
          <w:p w14:paraId="1F774A47" w14:textId="77777777" w:rsidR="00E3440F" w:rsidRPr="00E3440F" w:rsidRDefault="00E3440F">
            <w:pPr>
              <w:rPr>
                <w:sz w:val="36"/>
                <w:szCs w:val="36"/>
              </w:rPr>
            </w:pPr>
            <w:proofErr w:type="spellStart"/>
            <w:r w:rsidRPr="00E3440F">
              <w:rPr>
                <w:sz w:val="36"/>
                <w:szCs w:val="36"/>
              </w:rPr>
              <w:t>Číslo</w:t>
            </w:r>
            <w:proofErr w:type="spellEnd"/>
            <w:r w:rsidRPr="00E3440F">
              <w:rPr>
                <w:sz w:val="36"/>
                <w:szCs w:val="36"/>
              </w:rPr>
              <w:t xml:space="preserve"> </w:t>
            </w:r>
            <w:proofErr w:type="spellStart"/>
            <w:r w:rsidRPr="00E3440F">
              <w:rPr>
                <w:sz w:val="36"/>
                <w:szCs w:val="36"/>
              </w:rPr>
              <w:t>čipu</w:t>
            </w:r>
            <w:proofErr w:type="spellEnd"/>
          </w:p>
        </w:tc>
        <w:tc>
          <w:tcPr>
            <w:tcW w:w="496" w:type="dxa"/>
          </w:tcPr>
          <w:p w14:paraId="5FF6C444" w14:textId="77777777" w:rsidR="00E3440F" w:rsidRDefault="00E3440F"/>
        </w:tc>
        <w:tc>
          <w:tcPr>
            <w:tcW w:w="496" w:type="dxa"/>
            <w:gridSpan w:val="2"/>
          </w:tcPr>
          <w:p w14:paraId="18D4461D" w14:textId="77777777" w:rsidR="00E3440F" w:rsidRDefault="00E3440F"/>
        </w:tc>
        <w:tc>
          <w:tcPr>
            <w:tcW w:w="496" w:type="dxa"/>
            <w:gridSpan w:val="2"/>
          </w:tcPr>
          <w:p w14:paraId="22927F1C" w14:textId="77777777" w:rsidR="00E3440F" w:rsidRDefault="00E3440F"/>
        </w:tc>
        <w:tc>
          <w:tcPr>
            <w:tcW w:w="496" w:type="dxa"/>
            <w:gridSpan w:val="2"/>
          </w:tcPr>
          <w:p w14:paraId="69230DF7" w14:textId="77777777" w:rsidR="00E3440F" w:rsidRDefault="00E3440F"/>
        </w:tc>
        <w:tc>
          <w:tcPr>
            <w:tcW w:w="496" w:type="dxa"/>
            <w:gridSpan w:val="2"/>
          </w:tcPr>
          <w:p w14:paraId="00DBB0CC" w14:textId="77777777" w:rsidR="00E3440F" w:rsidRDefault="00E3440F"/>
        </w:tc>
        <w:tc>
          <w:tcPr>
            <w:tcW w:w="496" w:type="dxa"/>
            <w:gridSpan w:val="2"/>
          </w:tcPr>
          <w:p w14:paraId="071A4373" w14:textId="77777777" w:rsidR="00E3440F" w:rsidRDefault="00E3440F"/>
        </w:tc>
        <w:tc>
          <w:tcPr>
            <w:tcW w:w="496" w:type="dxa"/>
            <w:gridSpan w:val="2"/>
          </w:tcPr>
          <w:p w14:paraId="159A553E" w14:textId="77777777" w:rsidR="00E3440F" w:rsidRDefault="00E3440F"/>
        </w:tc>
        <w:tc>
          <w:tcPr>
            <w:tcW w:w="497" w:type="dxa"/>
          </w:tcPr>
          <w:p w14:paraId="5CC4EEEC" w14:textId="77777777" w:rsidR="00E3440F" w:rsidRDefault="00E3440F"/>
        </w:tc>
        <w:tc>
          <w:tcPr>
            <w:tcW w:w="496" w:type="dxa"/>
            <w:gridSpan w:val="2"/>
          </w:tcPr>
          <w:p w14:paraId="0A0EA932" w14:textId="77777777" w:rsidR="00E3440F" w:rsidRDefault="00E3440F"/>
        </w:tc>
        <w:tc>
          <w:tcPr>
            <w:tcW w:w="496" w:type="dxa"/>
            <w:gridSpan w:val="2"/>
          </w:tcPr>
          <w:p w14:paraId="6F7D89AD" w14:textId="77777777" w:rsidR="00E3440F" w:rsidRDefault="00E3440F"/>
        </w:tc>
        <w:tc>
          <w:tcPr>
            <w:tcW w:w="496" w:type="dxa"/>
            <w:gridSpan w:val="2"/>
          </w:tcPr>
          <w:p w14:paraId="3E1799A0" w14:textId="77777777" w:rsidR="00E3440F" w:rsidRDefault="00E3440F"/>
        </w:tc>
        <w:tc>
          <w:tcPr>
            <w:tcW w:w="496" w:type="dxa"/>
            <w:gridSpan w:val="2"/>
          </w:tcPr>
          <w:p w14:paraId="2A6D58A2" w14:textId="77777777" w:rsidR="00E3440F" w:rsidRDefault="00E3440F"/>
        </w:tc>
        <w:tc>
          <w:tcPr>
            <w:tcW w:w="496" w:type="dxa"/>
            <w:gridSpan w:val="2"/>
          </w:tcPr>
          <w:p w14:paraId="3FEDF998" w14:textId="77777777" w:rsidR="00E3440F" w:rsidRDefault="00E3440F"/>
        </w:tc>
        <w:tc>
          <w:tcPr>
            <w:tcW w:w="496" w:type="dxa"/>
            <w:gridSpan w:val="2"/>
          </w:tcPr>
          <w:p w14:paraId="278D25A5" w14:textId="77777777" w:rsidR="00E3440F" w:rsidRDefault="00E3440F"/>
        </w:tc>
        <w:tc>
          <w:tcPr>
            <w:tcW w:w="497" w:type="dxa"/>
          </w:tcPr>
          <w:p w14:paraId="3E69361F" w14:textId="1C72175B" w:rsidR="00E3440F" w:rsidRDefault="00E3440F"/>
        </w:tc>
      </w:tr>
      <w:tr w:rsidR="00C379E1" w14:paraId="17037D89" w14:textId="77777777" w:rsidTr="00714607">
        <w:trPr>
          <w:jc w:val="center"/>
        </w:trPr>
        <w:tc>
          <w:tcPr>
            <w:tcW w:w="3538" w:type="dxa"/>
            <w:shd w:val="clear" w:color="auto" w:fill="D9D9D9" w:themeFill="background1" w:themeFillShade="D9"/>
          </w:tcPr>
          <w:p w14:paraId="01A815A5" w14:textId="77777777" w:rsidR="00C379E1" w:rsidRPr="00DD7921" w:rsidRDefault="00DA42C7">
            <w:pPr>
              <w:rPr>
                <w:sz w:val="28"/>
                <w:szCs w:val="28"/>
              </w:rPr>
            </w:pPr>
            <w:r w:rsidRPr="00DD7921">
              <w:rPr>
                <w:sz w:val="28"/>
                <w:szCs w:val="28"/>
              </w:rPr>
              <w:t xml:space="preserve">Datum </w:t>
            </w:r>
            <w:proofErr w:type="spellStart"/>
            <w:r w:rsidRPr="00DD7921">
              <w:rPr>
                <w:sz w:val="28"/>
                <w:szCs w:val="28"/>
              </w:rPr>
              <w:t>aplikace</w:t>
            </w:r>
            <w:proofErr w:type="spellEnd"/>
            <w:r w:rsidRPr="00DD7921">
              <w:rPr>
                <w:sz w:val="28"/>
                <w:szCs w:val="28"/>
              </w:rPr>
              <w:t>/</w:t>
            </w:r>
            <w:proofErr w:type="spellStart"/>
            <w:r w:rsidRPr="00DD7921">
              <w:rPr>
                <w:sz w:val="28"/>
                <w:szCs w:val="28"/>
              </w:rPr>
              <w:t>odečtení</w:t>
            </w:r>
            <w:proofErr w:type="spellEnd"/>
          </w:p>
        </w:tc>
        <w:tc>
          <w:tcPr>
            <w:tcW w:w="7442" w:type="dxa"/>
            <w:gridSpan w:val="27"/>
          </w:tcPr>
          <w:p w14:paraId="2853196F" w14:textId="77777777" w:rsidR="00C379E1" w:rsidRDefault="00C379E1"/>
        </w:tc>
      </w:tr>
      <w:tr w:rsidR="00E3440F" w14:paraId="6F644A9F" w14:textId="77777777" w:rsidTr="00714607">
        <w:trPr>
          <w:jc w:val="center"/>
        </w:trPr>
        <w:tc>
          <w:tcPr>
            <w:tcW w:w="3538" w:type="dxa"/>
            <w:shd w:val="clear" w:color="auto" w:fill="D9D9D9" w:themeFill="background1" w:themeFillShade="D9"/>
          </w:tcPr>
          <w:p w14:paraId="7BF3B750" w14:textId="77777777" w:rsidR="00E3440F" w:rsidRPr="00DD7921" w:rsidRDefault="00E3440F">
            <w:pPr>
              <w:rPr>
                <w:sz w:val="28"/>
                <w:szCs w:val="28"/>
              </w:rPr>
            </w:pPr>
            <w:proofErr w:type="spellStart"/>
            <w:r w:rsidRPr="00DD7921">
              <w:rPr>
                <w:sz w:val="28"/>
                <w:szCs w:val="28"/>
              </w:rPr>
              <w:t>Umístění</w:t>
            </w:r>
            <w:proofErr w:type="spellEnd"/>
            <w:r w:rsidRPr="00DD7921">
              <w:rPr>
                <w:sz w:val="28"/>
                <w:szCs w:val="28"/>
              </w:rPr>
              <w:t xml:space="preserve"> </w:t>
            </w:r>
            <w:proofErr w:type="spellStart"/>
            <w:r w:rsidRPr="00DD7921">
              <w:rPr>
                <w:sz w:val="28"/>
                <w:szCs w:val="28"/>
              </w:rPr>
              <w:t>čipu</w:t>
            </w:r>
            <w:proofErr w:type="spellEnd"/>
          </w:p>
        </w:tc>
        <w:tc>
          <w:tcPr>
            <w:tcW w:w="7442" w:type="dxa"/>
            <w:gridSpan w:val="27"/>
          </w:tcPr>
          <w:p w14:paraId="4FCC65A5" w14:textId="71FA7F23" w:rsidR="00E3440F" w:rsidRDefault="00E3440F"/>
        </w:tc>
      </w:tr>
      <w:tr w:rsidR="00C379E1" w14:paraId="6AF74365" w14:textId="77777777" w:rsidTr="00714607">
        <w:trPr>
          <w:jc w:val="center"/>
        </w:trPr>
        <w:tc>
          <w:tcPr>
            <w:tcW w:w="3538" w:type="dxa"/>
            <w:shd w:val="clear" w:color="auto" w:fill="D9D9D9" w:themeFill="background1" w:themeFillShade="D9"/>
          </w:tcPr>
          <w:p w14:paraId="758FB43D" w14:textId="77777777" w:rsidR="00C379E1" w:rsidRPr="00DD7921" w:rsidRDefault="00DA42C7">
            <w:pPr>
              <w:rPr>
                <w:sz w:val="28"/>
                <w:szCs w:val="28"/>
              </w:rPr>
            </w:pPr>
            <w:proofErr w:type="spellStart"/>
            <w:r w:rsidRPr="00DD7921">
              <w:rPr>
                <w:sz w:val="28"/>
                <w:szCs w:val="28"/>
              </w:rPr>
              <w:t>Číslo</w:t>
            </w:r>
            <w:proofErr w:type="spellEnd"/>
            <w:r w:rsidRPr="00DD7921">
              <w:rPr>
                <w:sz w:val="28"/>
                <w:szCs w:val="28"/>
              </w:rPr>
              <w:t xml:space="preserve"> </w:t>
            </w:r>
            <w:proofErr w:type="spellStart"/>
            <w:r w:rsidRPr="00DD7921">
              <w:rPr>
                <w:sz w:val="28"/>
                <w:szCs w:val="28"/>
              </w:rPr>
              <w:t>tetování</w:t>
            </w:r>
            <w:proofErr w:type="spellEnd"/>
          </w:p>
        </w:tc>
        <w:tc>
          <w:tcPr>
            <w:tcW w:w="7442" w:type="dxa"/>
            <w:gridSpan w:val="27"/>
          </w:tcPr>
          <w:p w14:paraId="25027961" w14:textId="77777777" w:rsidR="00C379E1" w:rsidRDefault="00C379E1"/>
        </w:tc>
      </w:tr>
      <w:tr w:rsidR="00E3440F" w14:paraId="240CDBC5" w14:textId="77777777" w:rsidTr="00714607">
        <w:trPr>
          <w:jc w:val="center"/>
        </w:trPr>
        <w:tc>
          <w:tcPr>
            <w:tcW w:w="3538" w:type="dxa"/>
            <w:shd w:val="clear" w:color="auto" w:fill="D9D9D9" w:themeFill="background1" w:themeFillShade="D9"/>
          </w:tcPr>
          <w:p w14:paraId="2AE16CA2" w14:textId="77777777" w:rsidR="00E3440F" w:rsidRPr="00DD7921" w:rsidRDefault="00E3440F">
            <w:pPr>
              <w:rPr>
                <w:sz w:val="28"/>
                <w:szCs w:val="28"/>
              </w:rPr>
            </w:pPr>
            <w:proofErr w:type="spellStart"/>
            <w:r w:rsidRPr="00DD7921">
              <w:rPr>
                <w:sz w:val="28"/>
                <w:szCs w:val="28"/>
              </w:rPr>
              <w:t>Číslo</w:t>
            </w:r>
            <w:proofErr w:type="spellEnd"/>
            <w:r w:rsidRPr="00DD7921">
              <w:rPr>
                <w:sz w:val="28"/>
                <w:szCs w:val="28"/>
              </w:rPr>
              <w:t xml:space="preserve"> </w:t>
            </w:r>
            <w:proofErr w:type="spellStart"/>
            <w:r w:rsidRPr="00DD7921">
              <w:rPr>
                <w:sz w:val="28"/>
                <w:szCs w:val="28"/>
              </w:rPr>
              <w:t>Petpasu</w:t>
            </w:r>
            <w:proofErr w:type="spellEnd"/>
          </w:p>
        </w:tc>
        <w:tc>
          <w:tcPr>
            <w:tcW w:w="572" w:type="dxa"/>
            <w:gridSpan w:val="2"/>
          </w:tcPr>
          <w:p w14:paraId="2D8A86B6" w14:textId="77777777" w:rsidR="00E3440F" w:rsidRDefault="00E3440F"/>
        </w:tc>
        <w:tc>
          <w:tcPr>
            <w:tcW w:w="572" w:type="dxa"/>
            <w:gridSpan w:val="2"/>
          </w:tcPr>
          <w:p w14:paraId="365EC2DE" w14:textId="77777777" w:rsidR="00E3440F" w:rsidRDefault="00E3440F"/>
        </w:tc>
        <w:tc>
          <w:tcPr>
            <w:tcW w:w="573" w:type="dxa"/>
            <w:gridSpan w:val="2"/>
          </w:tcPr>
          <w:p w14:paraId="6C6694D0" w14:textId="77777777" w:rsidR="00E3440F" w:rsidRDefault="00E3440F"/>
        </w:tc>
        <w:tc>
          <w:tcPr>
            <w:tcW w:w="572" w:type="dxa"/>
            <w:gridSpan w:val="2"/>
          </w:tcPr>
          <w:p w14:paraId="3667EB6B" w14:textId="77777777" w:rsidR="00E3440F" w:rsidRDefault="00E3440F"/>
        </w:tc>
        <w:tc>
          <w:tcPr>
            <w:tcW w:w="573" w:type="dxa"/>
            <w:gridSpan w:val="2"/>
          </w:tcPr>
          <w:p w14:paraId="4BBF4B73" w14:textId="77777777" w:rsidR="00E3440F" w:rsidRDefault="00E3440F"/>
        </w:tc>
        <w:tc>
          <w:tcPr>
            <w:tcW w:w="572" w:type="dxa"/>
            <w:gridSpan w:val="2"/>
          </w:tcPr>
          <w:p w14:paraId="04BE63FB" w14:textId="77777777" w:rsidR="00E3440F" w:rsidRDefault="00E3440F"/>
        </w:tc>
        <w:tc>
          <w:tcPr>
            <w:tcW w:w="573" w:type="dxa"/>
            <w:gridSpan w:val="3"/>
          </w:tcPr>
          <w:p w14:paraId="170E4890" w14:textId="77777777" w:rsidR="00E3440F" w:rsidRDefault="00E3440F"/>
        </w:tc>
        <w:tc>
          <w:tcPr>
            <w:tcW w:w="572" w:type="dxa"/>
            <w:gridSpan w:val="2"/>
          </w:tcPr>
          <w:p w14:paraId="1A026E84" w14:textId="77777777" w:rsidR="00E3440F" w:rsidRDefault="00E3440F"/>
        </w:tc>
        <w:tc>
          <w:tcPr>
            <w:tcW w:w="573" w:type="dxa"/>
            <w:gridSpan w:val="2"/>
          </w:tcPr>
          <w:p w14:paraId="6A568C40" w14:textId="77777777" w:rsidR="00E3440F" w:rsidRDefault="00E3440F"/>
        </w:tc>
        <w:tc>
          <w:tcPr>
            <w:tcW w:w="572" w:type="dxa"/>
            <w:gridSpan w:val="2"/>
          </w:tcPr>
          <w:p w14:paraId="154F6C56" w14:textId="77777777" w:rsidR="00E3440F" w:rsidRDefault="00E3440F"/>
        </w:tc>
        <w:tc>
          <w:tcPr>
            <w:tcW w:w="573" w:type="dxa"/>
            <w:gridSpan w:val="2"/>
          </w:tcPr>
          <w:p w14:paraId="22FBE71A" w14:textId="77777777" w:rsidR="00E3440F" w:rsidRDefault="00E3440F"/>
        </w:tc>
        <w:tc>
          <w:tcPr>
            <w:tcW w:w="572" w:type="dxa"/>
            <w:gridSpan w:val="2"/>
          </w:tcPr>
          <w:p w14:paraId="34DD8B57" w14:textId="77777777" w:rsidR="00E3440F" w:rsidRDefault="00E3440F"/>
        </w:tc>
        <w:tc>
          <w:tcPr>
            <w:tcW w:w="573" w:type="dxa"/>
            <w:gridSpan w:val="2"/>
          </w:tcPr>
          <w:p w14:paraId="25114EE8" w14:textId="121E4004" w:rsidR="00E3440F" w:rsidRDefault="00E3440F"/>
        </w:tc>
      </w:tr>
    </w:tbl>
    <w:p w14:paraId="1C57E4F8" w14:textId="77777777" w:rsidR="00C379E1" w:rsidRDefault="00DA42C7">
      <w:pPr>
        <w:pStyle w:val="Nadpis2"/>
      </w:pPr>
      <w:proofErr w:type="spellStart"/>
      <w:r>
        <w:t>Informace</w:t>
      </w:r>
      <w:proofErr w:type="spellEnd"/>
      <w:r>
        <w:t xml:space="preserve"> o </w:t>
      </w:r>
      <w:proofErr w:type="spellStart"/>
      <w:r>
        <w:t>narození</w:t>
      </w:r>
      <w:proofErr w:type="spellEnd"/>
      <w:r>
        <w:t xml:space="preserve"> a </w:t>
      </w:r>
      <w:proofErr w:type="spellStart"/>
      <w:r>
        <w:t>popis</w:t>
      </w:r>
      <w:proofErr w:type="spellEnd"/>
      <w:r>
        <w:t xml:space="preserve"> </w:t>
      </w:r>
      <w:proofErr w:type="spellStart"/>
      <w:r>
        <w:t>psa</w:t>
      </w:r>
      <w:proofErr w:type="spellEnd"/>
    </w:p>
    <w:tbl>
      <w:tblPr>
        <w:tblStyle w:val="Mkatabulky"/>
        <w:tblW w:w="11070" w:type="dxa"/>
        <w:jc w:val="center"/>
        <w:tblLook w:val="04A0" w:firstRow="1" w:lastRow="0" w:firstColumn="1" w:lastColumn="0" w:noHBand="0" w:noVBand="1"/>
      </w:tblPr>
      <w:tblGrid>
        <w:gridCol w:w="1801"/>
        <w:gridCol w:w="17"/>
        <w:gridCol w:w="1268"/>
        <w:gridCol w:w="1397"/>
        <w:gridCol w:w="426"/>
        <w:gridCol w:w="426"/>
        <w:gridCol w:w="426"/>
        <w:gridCol w:w="426"/>
        <w:gridCol w:w="426"/>
        <w:gridCol w:w="426"/>
        <w:gridCol w:w="209"/>
        <w:gridCol w:w="220"/>
        <w:gridCol w:w="430"/>
        <w:gridCol w:w="58"/>
        <w:gridCol w:w="371"/>
        <w:gridCol w:w="334"/>
        <w:gridCol w:w="27"/>
        <w:gridCol w:w="189"/>
        <w:gridCol w:w="284"/>
        <w:gridCol w:w="408"/>
        <w:gridCol w:w="344"/>
        <w:gridCol w:w="65"/>
        <w:gridCol w:w="430"/>
        <w:gridCol w:w="426"/>
        <w:gridCol w:w="149"/>
        <w:gridCol w:w="87"/>
      </w:tblGrid>
      <w:tr w:rsidR="00C379E1" w14:paraId="564EAA28" w14:textId="77777777" w:rsidTr="0064473A">
        <w:trPr>
          <w:gridAfter w:val="1"/>
          <w:wAfter w:w="87" w:type="dxa"/>
          <w:jc w:val="center"/>
        </w:trPr>
        <w:tc>
          <w:tcPr>
            <w:tcW w:w="4483" w:type="dxa"/>
            <w:gridSpan w:val="4"/>
            <w:shd w:val="clear" w:color="auto" w:fill="D9D9D9" w:themeFill="background1" w:themeFillShade="D9"/>
          </w:tcPr>
          <w:p w14:paraId="72F7ADBF" w14:textId="77777777" w:rsidR="00C379E1" w:rsidRPr="00BF291E" w:rsidRDefault="00DA42C7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BF291E">
              <w:rPr>
                <w:b/>
                <w:bCs/>
                <w:sz w:val="28"/>
                <w:szCs w:val="28"/>
              </w:rPr>
              <w:t>Stát</w:t>
            </w:r>
            <w:proofErr w:type="spellEnd"/>
            <w:r w:rsidRPr="00BF291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291E">
              <w:rPr>
                <w:b/>
                <w:bCs/>
                <w:sz w:val="28"/>
                <w:szCs w:val="28"/>
              </w:rPr>
              <w:t>narození</w:t>
            </w:r>
            <w:proofErr w:type="spellEnd"/>
          </w:p>
        </w:tc>
        <w:tc>
          <w:tcPr>
            <w:tcW w:w="6500" w:type="dxa"/>
            <w:gridSpan w:val="21"/>
          </w:tcPr>
          <w:p w14:paraId="22D1664F" w14:textId="77777777" w:rsidR="00C379E1" w:rsidRPr="00714607" w:rsidRDefault="00C379E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379E1" w14:paraId="0D3B8D25" w14:textId="77777777" w:rsidTr="0064473A">
        <w:trPr>
          <w:gridAfter w:val="1"/>
          <w:wAfter w:w="87" w:type="dxa"/>
          <w:trHeight w:val="501"/>
          <w:jc w:val="center"/>
        </w:trPr>
        <w:tc>
          <w:tcPr>
            <w:tcW w:w="4483" w:type="dxa"/>
            <w:gridSpan w:val="4"/>
            <w:shd w:val="clear" w:color="auto" w:fill="D9D9D9" w:themeFill="background1" w:themeFillShade="D9"/>
          </w:tcPr>
          <w:p w14:paraId="22E2A8FC" w14:textId="77777777" w:rsidR="00C379E1" w:rsidRPr="00BF291E" w:rsidRDefault="00DA42C7">
            <w:pPr>
              <w:rPr>
                <w:b/>
                <w:bCs/>
                <w:sz w:val="28"/>
                <w:szCs w:val="28"/>
              </w:rPr>
            </w:pPr>
            <w:r w:rsidRPr="00BF291E">
              <w:rPr>
                <w:b/>
                <w:bCs/>
                <w:sz w:val="28"/>
                <w:szCs w:val="28"/>
              </w:rPr>
              <w:t xml:space="preserve">Datum </w:t>
            </w:r>
            <w:proofErr w:type="spellStart"/>
            <w:r w:rsidRPr="00BF291E">
              <w:rPr>
                <w:b/>
                <w:bCs/>
                <w:sz w:val="28"/>
                <w:szCs w:val="28"/>
              </w:rPr>
              <w:t>narození</w:t>
            </w:r>
            <w:proofErr w:type="spellEnd"/>
            <w:r w:rsidRPr="00BF291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291E">
              <w:rPr>
                <w:b/>
                <w:bCs/>
                <w:sz w:val="28"/>
                <w:szCs w:val="28"/>
              </w:rPr>
              <w:t>psa</w:t>
            </w:r>
            <w:proofErr w:type="spellEnd"/>
          </w:p>
        </w:tc>
        <w:tc>
          <w:tcPr>
            <w:tcW w:w="6500" w:type="dxa"/>
            <w:gridSpan w:val="21"/>
          </w:tcPr>
          <w:p w14:paraId="6C7986F6" w14:textId="77777777" w:rsidR="00C379E1" w:rsidRPr="00714607" w:rsidRDefault="00C379E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379E1" w14:paraId="43F999B6" w14:textId="77777777" w:rsidTr="0064473A">
        <w:trPr>
          <w:gridAfter w:val="1"/>
          <w:wAfter w:w="87" w:type="dxa"/>
          <w:trHeight w:val="552"/>
          <w:jc w:val="center"/>
        </w:trPr>
        <w:tc>
          <w:tcPr>
            <w:tcW w:w="4483" w:type="dxa"/>
            <w:gridSpan w:val="4"/>
            <w:shd w:val="clear" w:color="auto" w:fill="D9D9D9" w:themeFill="background1" w:themeFillShade="D9"/>
          </w:tcPr>
          <w:p w14:paraId="40A28EFF" w14:textId="23846993" w:rsidR="00C379E1" w:rsidRPr="00DD7921" w:rsidRDefault="00DD7921">
            <w:pPr>
              <w:rPr>
                <w:sz w:val="28"/>
                <w:szCs w:val="28"/>
              </w:rPr>
            </w:pPr>
            <w:proofErr w:type="spellStart"/>
            <w:r w:rsidRPr="00DD7921">
              <w:rPr>
                <w:sz w:val="28"/>
                <w:szCs w:val="28"/>
              </w:rPr>
              <w:t>Přibližné</w:t>
            </w:r>
            <w:proofErr w:type="spellEnd"/>
            <w:r w:rsidRPr="00DD7921">
              <w:rPr>
                <w:sz w:val="28"/>
                <w:szCs w:val="28"/>
              </w:rPr>
              <w:t xml:space="preserve"> datum </w:t>
            </w:r>
            <w:proofErr w:type="spellStart"/>
            <w:proofErr w:type="gramStart"/>
            <w:r w:rsidRPr="00DD7921">
              <w:rPr>
                <w:sz w:val="28"/>
                <w:szCs w:val="28"/>
              </w:rPr>
              <w:t>narození</w:t>
            </w:r>
            <w:proofErr w:type="spellEnd"/>
            <w:r w:rsidRPr="00DD7921">
              <w:rPr>
                <w:sz w:val="28"/>
                <w:szCs w:val="28"/>
              </w:rPr>
              <w:t xml:space="preserve">  </w:t>
            </w:r>
            <w:r w:rsidR="0064473A">
              <w:rPr>
                <w:sz w:val="18"/>
                <w:szCs w:val="18"/>
              </w:rPr>
              <w:t>(</w:t>
            </w:r>
            <w:proofErr w:type="spellStart"/>
            <w:proofErr w:type="gramEnd"/>
            <w:r w:rsidR="00802A88">
              <w:rPr>
                <w:sz w:val="18"/>
                <w:szCs w:val="18"/>
              </w:rPr>
              <w:t>n</w:t>
            </w:r>
            <w:r w:rsidRPr="0064473A">
              <w:rPr>
                <w:sz w:val="18"/>
                <w:szCs w:val="18"/>
              </w:rPr>
              <w:t>ení</w:t>
            </w:r>
            <w:proofErr w:type="spellEnd"/>
            <w:r w:rsidRPr="0064473A">
              <w:rPr>
                <w:sz w:val="18"/>
                <w:szCs w:val="18"/>
              </w:rPr>
              <w:t xml:space="preserve">-li </w:t>
            </w:r>
            <w:proofErr w:type="spellStart"/>
            <w:r w:rsidRPr="0064473A">
              <w:rPr>
                <w:sz w:val="18"/>
                <w:szCs w:val="18"/>
              </w:rPr>
              <w:t>známo</w:t>
            </w:r>
            <w:proofErr w:type="spellEnd"/>
            <w:r w:rsidRPr="0064473A">
              <w:rPr>
                <w:sz w:val="18"/>
                <w:szCs w:val="18"/>
              </w:rPr>
              <w:t xml:space="preserve"> </w:t>
            </w:r>
            <w:proofErr w:type="spellStart"/>
            <w:r w:rsidRPr="0064473A">
              <w:rPr>
                <w:sz w:val="18"/>
                <w:szCs w:val="18"/>
              </w:rPr>
              <w:t>přesné</w:t>
            </w:r>
            <w:proofErr w:type="spellEnd"/>
            <w:r w:rsidRPr="0064473A">
              <w:rPr>
                <w:sz w:val="18"/>
                <w:szCs w:val="18"/>
              </w:rPr>
              <w:t>)</w:t>
            </w:r>
          </w:p>
        </w:tc>
        <w:tc>
          <w:tcPr>
            <w:tcW w:w="6500" w:type="dxa"/>
            <w:gridSpan w:val="21"/>
          </w:tcPr>
          <w:p w14:paraId="37549C36" w14:textId="77777777" w:rsidR="00C379E1" w:rsidRPr="00714607" w:rsidRDefault="00C379E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4473A" w14:paraId="4B980CBF" w14:textId="77777777" w:rsidTr="00E74AFA">
        <w:trPr>
          <w:jc w:val="center"/>
        </w:trPr>
        <w:tc>
          <w:tcPr>
            <w:tcW w:w="4483" w:type="dxa"/>
            <w:gridSpan w:val="4"/>
            <w:shd w:val="clear" w:color="auto" w:fill="D9D9D9" w:themeFill="background1" w:themeFillShade="D9"/>
          </w:tcPr>
          <w:p w14:paraId="598AA9A4" w14:textId="2F7DBE93" w:rsidR="0064473A" w:rsidRPr="00DD7921" w:rsidRDefault="0064473A">
            <w:pPr>
              <w:rPr>
                <w:sz w:val="28"/>
                <w:szCs w:val="28"/>
              </w:rPr>
            </w:pPr>
            <w:proofErr w:type="spellStart"/>
            <w:r w:rsidRPr="00DD7921">
              <w:rPr>
                <w:sz w:val="28"/>
                <w:szCs w:val="28"/>
              </w:rPr>
              <w:t>Čip</w:t>
            </w:r>
            <w:proofErr w:type="spellEnd"/>
            <w:r w:rsidRPr="00DD7921">
              <w:rPr>
                <w:sz w:val="28"/>
                <w:szCs w:val="28"/>
              </w:rPr>
              <w:t xml:space="preserve"> </w:t>
            </w:r>
            <w:proofErr w:type="spellStart"/>
            <w:r w:rsidRPr="00DD7921">
              <w:rPr>
                <w:sz w:val="28"/>
                <w:szCs w:val="28"/>
              </w:rPr>
              <w:t>matky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( u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registrace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štěňat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426" w:type="dxa"/>
          </w:tcPr>
          <w:p w14:paraId="5FD9ECDF" w14:textId="77777777" w:rsidR="0064473A" w:rsidRPr="00714607" w:rsidRDefault="0064473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14:paraId="46610160" w14:textId="77777777" w:rsidR="0064473A" w:rsidRPr="00714607" w:rsidRDefault="0064473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14:paraId="127E9BF7" w14:textId="77777777" w:rsidR="0064473A" w:rsidRPr="00714607" w:rsidRDefault="0064473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14:paraId="1E320F46" w14:textId="77777777" w:rsidR="0064473A" w:rsidRPr="00714607" w:rsidRDefault="0064473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14:paraId="0180C148" w14:textId="77777777" w:rsidR="0064473A" w:rsidRPr="00714607" w:rsidRDefault="0064473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14:paraId="43839A42" w14:textId="77777777" w:rsidR="0064473A" w:rsidRPr="00714607" w:rsidRDefault="0064473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9" w:type="dxa"/>
            <w:gridSpan w:val="2"/>
          </w:tcPr>
          <w:p w14:paraId="2AC1AB2C" w14:textId="77777777" w:rsidR="0064473A" w:rsidRPr="00714607" w:rsidRDefault="0064473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0" w:type="dxa"/>
          </w:tcPr>
          <w:p w14:paraId="62D08A14" w14:textId="77777777" w:rsidR="0064473A" w:rsidRPr="00714607" w:rsidRDefault="0064473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9" w:type="dxa"/>
            <w:gridSpan w:val="2"/>
          </w:tcPr>
          <w:p w14:paraId="754E0BF6" w14:textId="77777777" w:rsidR="0064473A" w:rsidRPr="00714607" w:rsidRDefault="0064473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1" w:type="dxa"/>
            <w:gridSpan w:val="2"/>
          </w:tcPr>
          <w:p w14:paraId="4E2DCF62" w14:textId="77777777" w:rsidR="0064473A" w:rsidRPr="00714607" w:rsidRDefault="0064473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3" w:type="dxa"/>
            <w:gridSpan w:val="2"/>
          </w:tcPr>
          <w:p w14:paraId="4E79B58C" w14:textId="77777777" w:rsidR="0064473A" w:rsidRPr="00714607" w:rsidRDefault="0064473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8" w:type="dxa"/>
          </w:tcPr>
          <w:p w14:paraId="041C09FB" w14:textId="77777777" w:rsidR="0064473A" w:rsidRPr="00714607" w:rsidRDefault="0064473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9" w:type="dxa"/>
            <w:gridSpan w:val="2"/>
          </w:tcPr>
          <w:p w14:paraId="2E36989F" w14:textId="0DAEC083" w:rsidR="0064473A" w:rsidRPr="00714607" w:rsidRDefault="0064473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0" w:type="dxa"/>
          </w:tcPr>
          <w:p w14:paraId="7F89E0A7" w14:textId="77777777" w:rsidR="0064473A" w:rsidRPr="00714607" w:rsidRDefault="0064473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</w:tcPr>
          <w:p w14:paraId="677C5F27" w14:textId="77777777" w:rsidR="0064473A" w:rsidRPr="00714607" w:rsidRDefault="0064473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gridSpan w:val="2"/>
          </w:tcPr>
          <w:p w14:paraId="379AE034" w14:textId="22BA4AF2" w:rsidR="0064473A" w:rsidRPr="00714607" w:rsidRDefault="0064473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379E1" w14:paraId="1EDDF0F3" w14:textId="77777777" w:rsidTr="0064473A">
        <w:trPr>
          <w:gridAfter w:val="1"/>
          <w:wAfter w:w="87" w:type="dxa"/>
          <w:trHeight w:val="706"/>
          <w:jc w:val="center"/>
        </w:trPr>
        <w:tc>
          <w:tcPr>
            <w:tcW w:w="4483" w:type="dxa"/>
            <w:gridSpan w:val="4"/>
            <w:shd w:val="clear" w:color="auto" w:fill="D9D9D9" w:themeFill="background1" w:themeFillShade="D9"/>
          </w:tcPr>
          <w:p w14:paraId="232DDDC5" w14:textId="77777777" w:rsidR="00C379E1" w:rsidRPr="0027410D" w:rsidRDefault="00DA42C7">
            <w:pPr>
              <w:rPr>
                <w:b/>
                <w:bCs/>
                <w:sz w:val="36"/>
                <w:szCs w:val="36"/>
              </w:rPr>
            </w:pPr>
            <w:proofErr w:type="spellStart"/>
            <w:r w:rsidRPr="0027410D">
              <w:rPr>
                <w:b/>
                <w:bCs/>
                <w:sz w:val="36"/>
                <w:szCs w:val="36"/>
              </w:rPr>
              <w:t>Jméno</w:t>
            </w:r>
            <w:proofErr w:type="spellEnd"/>
            <w:r w:rsidRPr="0027410D">
              <w:rPr>
                <w:b/>
                <w:bCs/>
                <w:sz w:val="36"/>
                <w:szCs w:val="36"/>
              </w:rPr>
              <w:t xml:space="preserve"> </w:t>
            </w:r>
            <w:proofErr w:type="spellStart"/>
            <w:r w:rsidRPr="0027410D">
              <w:rPr>
                <w:b/>
                <w:bCs/>
                <w:sz w:val="36"/>
                <w:szCs w:val="36"/>
              </w:rPr>
              <w:t>psa</w:t>
            </w:r>
            <w:proofErr w:type="spellEnd"/>
          </w:p>
        </w:tc>
        <w:tc>
          <w:tcPr>
            <w:tcW w:w="6500" w:type="dxa"/>
            <w:gridSpan w:val="21"/>
          </w:tcPr>
          <w:p w14:paraId="31A19500" w14:textId="77777777" w:rsidR="00C379E1" w:rsidRPr="00714607" w:rsidRDefault="00C379E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02A88" w14:paraId="7C56BF08" w14:textId="77777777" w:rsidTr="00EE0604">
        <w:trPr>
          <w:gridAfter w:val="1"/>
          <w:wAfter w:w="87" w:type="dxa"/>
          <w:jc w:val="center"/>
        </w:trPr>
        <w:tc>
          <w:tcPr>
            <w:tcW w:w="18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2FDA0E7" w14:textId="77777777" w:rsidR="00802A88" w:rsidRPr="00E2086A" w:rsidRDefault="00802A88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E2086A">
              <w:rPr>
                <w:b/>
                <w:bCs/>
                <w:sz w:val="28"/>
                <w:szCs w:val="28"/>
              </w:rPr>
              <w:t>Plemeno</w:t>
            </w:r>
            <w:proofErr w:type="spellEnd"/>
          </w:p>
        </w:tc>
        <w:tc>
          <w:tcPr>
            <w:tcW w:w="481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EAC442" w14:textId="77777777" w:rsidR="00802A88" w:rsidRPr="00714607" w:rsidRDefault="00802A8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4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A77D497" w14:textId="780547F9" w:rsidR="00802A88" w:rsidRPr="00714607" w:rsidRDefault="00802A88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714607">
              <w:rPr>
                <w:b/>
                <w:bCs/>
                <w:sz w:val="28"/>
                <w:szCs w:val="28"/>
              </w:rPr>
              <w:t>Průkaz</w:t>
            </w:r>
            <w:proofErr w:type="spellEnd"/>
            <w:r w:rsidRPr="0071460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14607">
              <w:rPr>
                <w:b/>
                <w:bCs/>
                <w:sz w:val="28"/>
                <w:szCs w:val="28"/>
              </w:rPr>
              <w:t>původu</w:t>
            </w:r>
            <w:proofErr w:type="spellEnd"/>
          </w:p>
        </w:tc>
        <w:tc>
          <w:tcPr>
            <w:tcW w:w="103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5FFE1860" w14:textId="7338DA7E" w:rsidR="00802A88" w:rsidRPr="00714607" w:rsidRDefault="00802A88" w:rsidP="00F04C97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714607">
              <w:rPr>
                <w:b/>
                <w:bCs/>
                <w:sz w:val="28"/>
                <w:szCs w:val="28"/>
              </w:rPr>
              <w:t>ano</w:t>
            </w:r>
            <w:proofErr w:type="spellEnd"/>
          </w:p>
        </w:tc>
        <w:tc>
          <w:tcPr>
            <w:tcW w:w="107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7169A11D" w14:textId="6B5F00A9" w:rsidR="00802A88" w:rsidRPr="00714607" w:rsidRDefault="00802A88" w:rsidP="00F04C97">
            <w:pPr>
              <w:jc w:val="center"/>
              <w:rPr>
                <w:b/>
                <w:bCs/>
                <w:sz w:val="28"/>
                <w:szCs w:val="28"/>
              </w:rPr>
            </w:pPr>
            <w:r w:rsidRPr="00714607">
              <w:rPr>
                <w:b/>
                <w:bCs/>
                <w:sz w:val="28"/>
                <w:szCs w:val="28"/>
              </w:rPr>
              <w:t>ne</w:t>
            </w:r>
          </w:p>
        </w:tc>
      </w:tr>
      <w:tr w:rsidR="00F5076C" w14:paraId="79C61654" w14:textId="77777777" w:rsidTr="0064473A">
        <w:trPr>
          <w:gridAfter w:val="1"/>
          <w:wAfter w:w="87" w:type="dxa"/>
          <w:jc w:val="center"/>
        </w:trPr>
        <w:tc>
          <w:tcPr>
            <w:tcW w:w="181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A06583" w14:textId="77777777" w:rsidR="00F5076C" w:rsidRPr="00E3440F" w:rsidRDefault="00F5076C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E3440F">
              <w:rPr>
                <w:b/>
                <w:bCs/>
                <w:sz w:val="28"/>
                <w:szCs w:val="28"/>
              </w:rPr>
              <w:t>pohlaví</w:t>
            </w:r>
            <w:proofErr w:type="spellEnd"/>
          </w:p>
        </w:tc>
        <w:tc>
          <w:tcPr>
            <w:tcW w:w="1268" w:type="dxa"/>
            <w:tcBorders>
              <w:left w:val="single" w:sz="12" w:space="0" w:color="auto"/>
              <w:bottom w:val="single" w:sz="12" w:space="0" w:color="auto"/>
            </w:tcBorders>
          </w:tcPr>
          <w:p w14:paraId="19633965" w14:textId="509D6157" w:rsidR="00F5076C" w:rsidRPr="00E3440F" w:rsidRDefault="00F5076C" w:rsidP="00E3440F">
            <w:pPr>
              <w:jc w:val="center"/>
            </w:pPr>
            <w:proofErr w:type="spellStart"/>
            <w:r w:rsidRPr="00E3440F">
              <w:t>fena</w:t>
            </w:r>
            <w:proofErr w:type="spellEnd"/>
          </w:p>
        </w:tc>
        <w:tc>
          <w:tcPr>
            <w:tcW w:w="13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D143B1" w14:textId="1860A021" w:rsidR="00F5076C" w:rsidRPr="00E3440F" w:rsidRDefault="00F5076C" w:rsidP="00E3440F">
            <w:pPr>
              <w:jc w:val="center"/>
            </w:pPr>
            <w:r w:rsidRPr="00E3440F">
              <w:t>pes</w:t>
            </w:r>
          </w:p>
        </w:tc>
        <w:tc>
          <w:tcPr>
            <w:tcW w:w="276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3FF67CE" w14:textId="550C5388" w:rsidR="00F5076C" w:rsidRPr="00714607" w:rsidRDefault="00E2086A" w:rsidP="00714607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714607">
              <w:rPr>
                <w:b/>
                <w:bCs/>
                <w:sz w:val="28"/>
                <w:szCs w:val="28"/>
              </w:rPr>
              <w:t>K</w:t>
            </w:r>
            <w:r w:rsidR="00F5076C" w:rsidRPr="00714607">
              <w:rPr>
                <w:b/>
                <w:bCs/>
                <w:sz w:val="28"/>
                <w:szCs w:val="28"/>
              </w:rPr>
              <w:t>astrace</w:t>
            </w:r>
            <w:proofErr w:type="spellEnd"/>
          </w:p>
        </w:tc>
        <w:tc>
          <w:tcPr>
            <w:tcW w:w="70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83DF059" w14:textId="0E4ABDAC" w:rsidR="00F5076C" w:rsidRPr="00714607" w:rsidRDefault="00F5076C" w:rsidP="00714607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714607">
              <w:rPr>
                <w:b/>
                <w:bCs/>
                <w:sz w:val="28"/>
                <w:szCs w:val="28"/>
              </w:rPr>
              <w:t>ano</w:t>
            </w:r>
            <w:proofErr w:type="spellEnd"/>
          </w:p>
        </w:tc>
        <w:tc>
          <w:tcPr>
            <w:tcW w:w="70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358086" w14:textId="77777777" w:rsidR="00F5076C" w:rsidRPr="00714607" w:rsidRDefault="00F5076C" w:rsidP="00714607">
            <w:pPr>
              <w:rPr>
                <w:b/>
                <w:bCs/>
                <w:sz w:val="28"/>
                <w:szCs w:val="28"/>
              </w:rPr>
            </w:pPr>
            <w:r w:rsidRPr="00714607">
              <w:rPr>
                <w:b/>
                <w:bCs/>
                <w:sz w:val="28"/>
                <w:szCs w:val="28"/>
              </w:rPr>
              <w:t>ne</w:t>
            </w:r>
          </w:p>
        </w:tc>
        <w:tc>
          <w:tcPr>
            <w:tcW w:w="2322" w:type="dxa"/>
            <w:gridSpan w:val="9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1EC707" w14:textId="7F922229" w:rsidR="00F5076C" w:rsidRPr="00714607" w:rsidRDefault="00F5076C" w:rsidP="0071460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379E1" w14:paraId="3A5202BA" w14:textId="77777777" w:rsidTr="0064473A">
        <w:trPr>
          <w:gridAfter w:val="1"/>
          <w:wAfter w:w="87" w:type="dxa"/>
          <w:jc w:val="center"/>
        </w:trPr>
        <w:tc>
          <w:tcPr>
            <w:tcW w:w="4483" w:type="dxa"/>
            <w:gridSpan w:val="4"/>
            <w:shd w:val="clear" w:color="auto" w:fill="D9D9D9" w:themeFill="background1" w:themeFillShade="D9"/>
          </w:tcPr>
          <w:p w14:paraId="26EB8C85" w14:textId="77777777" w:rsidR="00C379E1" w:rsidRPr="00BE1B12" w:rsidRDefault="00DA42C7">
            <w:pPr>
              <w:rPr>
                <w:b/>
                <w:bCs/>
                <w:sz w:val="28"/>
                <w:szCs w:val="28"/>
              </w:rPr>
            </w:pPr>
            <w:r w:rsidRPr="00BE1B12">
              <w:rPr>
                <w:b/>
                <w:bCs/>
                <w:sz w:val="28"/>
                <w:szCs w:val="28"/>
              </w:rPr>
              <w:t>Barva</w:t>
            </w:r>
          </w:p>
        </w:tc>
        <w:tc>
          <w:tcPr>
            <w:tcW w:w="6500" w:type="dxa"/>
            <w:gridSpan w:val="21"/>
          </w:tcPr>
          <w:p w14:paraId="357A9279" w14:textId="77777777" w:rsidR="00C379E1" w:rsidRPr="00714607" w:rsidRDefault="00C379E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379E1" w14:paraId="5E39E045" w14:textId="77777777" w:rsidTr="0064473A">
        <w:trPr>
          <w:gridAfter w:val="1"/>
          <w:wAfter w:w="87" w:type="dxa"/>
          <w:jc w:val="center"/>
        </w:trPr>
        <w:tc>
          <w:tcPr>
            <w:tcW w:w="4483" w:type="dxa"/>
            <w:gridSpan w:val="4"/>
            <w:shd w:val="clear" w:color="auto" w:fill="D9D9D9" w:themeFill="background1" w:themeFillShade="D9"/>
          </w:tcPr>
          <w:p w14:paraId="773F5A15" w14:textId="00397069" w:rsidR="00C379E1" w:rsidRPr="00DD7921" w:rsidRDefault="00DD7921">
            <w:pPr>
              <w:rPr>
                <w:sz w:val="28"/>
                <w:szCs w:val="28"/>
              </w:rPr>
            </w:pPr>
            <w:proofErr w:type="spellStart"/>
            <w:r w:rsidRPr="00DD7921">
              <w:rPr>
                <w:sz w:val="28"/>
                <w:szCs w:val="28"/>
              </w:rPr>
              <w:t>Jiné</w:t>
            </w:r>
            <w:proofErr w:type="spellEnd"/>
            <w:r w:rsidRPr="00DD7921">
              <w:rPr>
                <w:sz w:val="28"/>
                <w:szCs w:val="28"/>
              </w:rPr>
              <w:t xml:space="preserve"> </w:t>
            </w:r>
            <w:proofErr w:type="spellStart"/>
            <w:r w:rsidR="00E3440F">
              <w:rPr>
                <w:sz w:val="28"/>
                <w:szCs w:val="28"/>
              </w:rPr>
              <w:t>p</w:t>
            </w:r>
            <w:r w:rsidRPr="00DD7921">
              <w:rPr>
                <w:sz w:val="28"/>
                <w:szCs w:val="28"/>
              </w:rPr>
              <w:t>oznávací</w:t>
            </w:r>
            <w:proofErr w:type="spellEnd"/>
            <w:r w:rsidRPr="00DD7921">
              <w:rPr>
                <w:sz w:val="28"/>
                <w:szCs w:val="28"/>
              </w:rPr>
              <w:t xml:space="preserve"> </w:t>
            </w:r>
            <w:proofErr w:type="spellStart"/>
            <w:r w:rsidRPr="00DD7921">
              <w:rPr>
                <w:sz w:val="28"/>
                <w:szCs w:val="28"/>
              </w:rPr>
              <w:t>znaky</w:t>
            </w:r>
            <w:proofErr w:type="spellEnd"/>
          </w:p>
        </w:tc>
        <w:tc>
          <w:tcPr>
            <w:tcW w:w="6500" w:type="dxa"/>
            <w:gridSpan w:val="21"/>
          </w:tcPr>
          <w:p w14:paraId="546FC087" w14:textId="77777777" w:rsidR="00C379E1" w:rsidRPr="00714607" w:rsidRDefault="00C379E1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172EAF59" w14:textId="4CD59FE8" w:rsidR="00DD7921" w:rsidRDefault="00DA42C7">
      <w:pPr>
        <w:pStyle w:val="Nadpis2"/>
      </w:pPr>
      <w:proofErr w:type="spellStart"/>
      <w:r>
        <w:t>Očkování</w:t>
      </w:r>
      <w:proofErr w:type="spellEnd"/>
      <w:r w:rsidR="00D90109">
        <w:t xml:space="preserve"> </w:t>
      </w:r>
      <w:proofErr w:type="spellStart"/>
      <w:r w:rsidR="00D90109">
        <w:t>proti</w:t>
      </w:r>
      <w:proofErr w:type="spellEnd"/>
      <w:r w:rsidR="00D90109">
        <w:t xml:space="preserve"> </w:t>
      </w:r>
      <w:proofErr w:type="spellStart"/>
      <w:r w:rsidR="00D90109">
        <w:t>vzteklině</w:t>
      </w:r>
      <w:proofErr w:type="spell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58"/>
        <w:gridCol w:w="583"/>
      </w:tblGrid>
      <w:tr w:rsidR="00DD7921" w14:paraId="68D0EB8C" w14:textId="77777777" w:rsidTr="00BF291E">
        <w:trPr>
          <w:trHeight w:val="159"/>
        </w:trPr>
        <w:tc>
          <w:tcPr>
            <w:tcW w:w="658" w:type="dxa"/>
          </w:tcPr>
          <w:p w14:paraId="5E2212B5" w14:textId="3BF23E1B" w:rsidR="00DD7921" w:rsidRPr="00DD7921" w:rsidRDefault="00DD7921" w:rsidP="000D27AB">
            <w:pPr>
              <w:jc w:val="center"/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DD7921"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ano</w:t>
            </w:r>
            <w:proofErr w:type="spellEnd"/>
          </w:p>
        </w:tc>
        <w:tc>
          <w:tcPr>
            <w:tcW w:w="583" w:type="dxa"/>
          </w:tcPr>
          <w:p w14:paraId="5C3498A5" w14:textId="35A3B691" w:rsidR="00DD7921" w:rsidRPr="00DD7921" w:rsidRDefault="00DD7921" w:rsidP="000D27AB">
            <w:pPr>
              <w:pStyle w:val="Nadpis2"/>
              <w:jc w:val="center"/>
              <w:rPr>
                <w:b w:val="0"/>
                <w:bCs w:val="0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D7921">
              <w:rPr>
                <w:b w:val="0"/>
                <w:bCs w:val="0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</w:t>
            </w:r>
          </w:p>
        </w:tc>
      </w:tr>
    </w:tbl>
    <w:tbl>
      <w:tblPr>
        <w:tblStyle w:val="Mkatabulky"/>
        <w:tblpPr w:leftFromText="141" w:rightFromText="141" w:vertAnchor="text" w:horzAnchor="margin" w:tblpY="47"/>
        <w:tblW w:w="0" w:type="auto"/>
        <w:tblLook w:val="04A0" w:firstRow="1" w:lastRow="0" w:firstColumn="1" w:lastColumn="0" w:noHBand="0" w:noVBand="1"/>
      </w:tblPr>
      <w:tblGrid>
        <w:gridCol w:w="5490"/>
        <w:gridCol w:w="1830"/>
        <w:gridCol w:w="1830"/>
        <w:gridCol w:w="1830"/>
      </w:tblGrid>
      <w:tr w:rsidR="00BF291E" w:rsidRPr="00DD7921" w14:paraId="78BEE81D" w14:textId="77777777" w:rsidTr="00714607">
        <w:tc>
          <w:tcPr>
            <w:tcW w:w="5490" w:type="dxa"/>
            <w:shd w:val="clear" w:color="auto" w:fill="F2F2F2" w:themeFill="background1" w:themeFillShade="F2"/>
          </w:tcPr>
          <w:p w14:paraId="3FBCA736" w14:textId="77777777" w:rsidR="00BF291E" w:rsidRPr="00DD7921" w:rsidRDefault="00BF291E" w:rsidP="00BF291E">
            <w:pPr>
              <w:rPr>
                <w:sz w:val="28"/>
                <w:szCs w:val="28"/>
              </w:rPr>
            </w:pPr>
            <w:r w:rsidRPr="00DD7921">
              <w:rPr>
                <w:sz w:val="28"/>
                <w:szCs w:val="28"/>
              </w:rPr>
              <w:t xml:space="preserve">Datum </w:t>
            </w:r>
            <w:proofErr w:type="spellStart"/>
            <w:r w:rsidRPr="00DD7921">
              <w:rPr>
                <w:sz w:val="28"/>
                <w:szCs w:val="28"/>
              </w:rPr>
              <w:t>očkování</w:t>
            </w:r>
            <w:proofErr w:type="spellEnd"/>
          </w:p>
        </w:tc>
        <w:tc>
          <w:tcPr>
            <w:tcW w:w="5490" w:type="dxa"/>
            <w:gridSpan w:val="3"/>
          </w:tcPr>
          <w:p w14:paraId="43679B55" w14:textId="77777777" w:rsidR="00BF291E" w:rsidRPr="00DD7921" w:rsidRDefault="00BF291E" w:rsidP="00BF291E">
            <w:pPr>
              <w:rPr>
                <w:sz w:val="28"/>
                <w:szCs w:val="28"/>
              </w:rPr>
            </w:pPr>
          </w:p>
        </w:tc>
      </w:tr>
      <w:tr w:rsidR="00BF291E" w:rsidRPr="00DD7921" w14:paraId="453ABDC3" w14:textId="77777777" w:rsidTr="00714607">
        <w:tc>
          <w:tcPr>
            <w:tcW w:w="5490" w:type="dxa"/>
            <w:shd w:val="clear" w:color="auto" w:fill="F2F2F2" w:themeFill="background1" w:themeFillShade="F2"/>
          </w:tcPr>
          <w:p w14:paraId="4EDB9160" w14:textId="77777777" w:rsidR="00BF291E" w:rsidRPr="00DD7921" w:rsidRDefault="00BF291E" w:rsidP="00BF291E">
            <w:pPr>
              <w:rPr>
                <w:sz w:val="28"/>
                <w:szCs w:val="28"/>
              </w:rPr>
            </w:pPr>
            <w:proofErr w:type="spellStart"/>
            <w:r w:rsidRPr="00DD7921">
              <w:rPr>
                <w:sz w:val="28"/>
                <w:szCs w:val="28"/>
              </w:rPr>
              <w:t>Platnost</w:t>
            </w:r>
            <w:proofErr w:type="spellEnd"/>
            <w:r w:rsidRPr="00DD7921">
              <w:rPr>
                <w:sz w:val="28"/>
                <w:szCs w:val="28"/>
              </w:rPr>
              <w:t xml:space="preserve"> (12/24/36 </w:t>
            </w:r>
            <w:proofErr w:type="spellStart"/>
            <w:r w:rsidRPr="00DD7921">
              <w:rPr>
                <w:sz w:val="28"/>
                <w:szCs w:val="28"/>
              </w:rPr>
              <w:t>měsíců</w:t>
            </w:r>
            <w:proofErr w:type="spellEnd"/>
            <w:r w:rsidRPr="00DD7921">
              <w:rPr>
                <w:sz w:val="28"/>
                <w:szCs w:val="28"/>
              </w:rPr>
              <w:t>)</w:t>
            </w:r>
          </w:p>
        </w:tc>
        <w:tc>
          <w:tcPr>
            <w:tcW w:w="1830" w:type="dxa"/>
          </w:tcPr>
          <w:p w14:paraId="5864FEFE" w14:textId="77777777" w:rsidR="00BF291E" w:rsidRPr="00DD7921" w:rsidRDefault="00BF291E" w:rsidP="00BF29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830" w:type="dxa"/>
          </w:tcPr>
          <w:p w14:paraId="35973E6D" w14:textId="77777777" w:rsidR="00BF291E" w:rsidRPr="00DD7921" w:rsidRDefault="00BF291E" w:rsidP="00BF29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830" w:type="dxa"/>
          </w:tcPr>
          <w:p w14:paraId="0642A182" w14:textId="77777777" w:rsidR="00BF291E" w:rsidRPr="00DD7921" w:rsidRDefault="00BF291E" w:rsidP="00BF29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</w:tbl>
    <w:p w14:paraId="0A6F74A1" w14:textId="77777777" w:rsidR="00C379E1" w:rsidRPr="00DD7921" w:rsidRDefault="00DA42C7">
      <w:pPr>
        <w:pStyle w:val="Nadpis2"/>
        <w:rPr>
          <w:sz w:val="28"/>
          <w:szCs w:val="28"/>
        </w:rPr>
      </w:pPr>
      <w:proofErr w:type="spellStart"/>
      <w:r w:rsidRPr="00DD7921">
        <w:rPr>
          <w:sz w:val="28"/>
          <w:szCs w:val="28"/>
        </w:rPr>
        <w:t>Chovatel</w:t>
      </w:r>
      <w:proofErr w:type="spellEnd"/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956"/>
        <w:gridCol w:w="6024"/>
      </w:tblGrid>
      <w:tr w:rsidR="00C379E1" w:rsidRPr="00DD7921" w14:paraId="60CAAF04" w14:textId="77777777" w:rsidTr="00714607">
        <w:trPr>
          <w:jc w:val="center"/>
        </w:trPr>
        <w:tc>
          <w:tcPr>
            <w:tcW w:w="4956" w:type="dxa"/>
            <w:shd w:val="clear" w:color="auto" w:fill="D9D9D9" w:themeFill="background1" w:themeFillShade="D9"/>
          </w:tcPr>
          <w:p w14:paraId="70D9EFA5" w14:textId="77777777" w:rsidR="00C379E1" w:rsidRPr="00BF291E" w:rsidRDefault="00DA42C7">
            <w:pPr>
              <w:rPr>
                <w:b/>
                <w:bCs/>
                <w:sz w:val="32"/>
                <w:szCs w:val="32"/>
              </w:rPr>
            </w:pPr>
            <w:proofErr w:type="spellStart"/>
            <w:r w:rsidRPr="00BF291E">
              <w:rPr>
                <w:b/>
                <w:bCs/>
                <w:sz w:val="32"/>
                <w:szCs w:val="32"/>
              </w:rPr>
              <w:t>Jméno</w:t>
            </w:r>
            <w:proofErr w:type="spellEnd"/>
          </w:p>
        </w:tc>
        <w:tc>
          <w:tcPr>
            <w:tcW w:w="6024" w:type="dxa"/>
          </w:tcPr>
          <w:p w14:paraId="73CB7EC1" w14:textId="77777777" w:rsidR="00C379E1" w:rsidRPr="00DD7921" w:rsidRDefault="00C379E1">
            <w:pPr>
              <w:rPr>
                <w:sz w:val="28"/>
                <w:szCs w:val="28"/>
              </w:rPr>
            </w:pPr>
          </w:p>
        </w:tc>
      </w:tr>
      <w:tr w:rsidR="00C379E1" w:rsidRPr="00DD7921" w14:paraId="375DA027" w14:textId="77777777" w:rsidTr="00714607">
        <w:trPr>
          <w:jc w:val="center"/>
        </w:trPr>
        <w:tc>
          <w:tcPr>
            <w:tcW w:w="4956" w:type="dxa"/>
            <w:shd w:val="clear" w:color="auto" w:fill="D9D9D9" w:themeFill="background1" w:themeFillShade="D9"/>
          </w:tcPr>
          <w:p w14:paraId="5AA924DD" w14:textId="77777777" w:rsidR="00C379E1" w:rsidRPr="00BF291E" w:rsidRDefault="00DA42C7">
            <w:pPr>
              <w:rPr>
                <w:b/>
                <w:bCs/>
                <w:sz w:val="32"/>
                <w:szCs w:val="32"/>
              </w:rPr>
            </w:pPr>
            <w:proofErr w:type="spellStart"/>
            <w:r w:rsidRPr="00BF291E">
              <w:rPr>
                <w:b/>
                <w:bCs/>
                <w:sz w:val="32"/>
                <w:szCs w:val="32"/>
              </w:rPr>
              <w:t>Příjmení</w:t>
            </w:r>
            <w:proofErr w:type="spellEnd"/>
          </w:p>
        </w:tc>
        <w:tc>
          <w:tcPr>
            <w:tcW w:w="6024" w:type="dxa"/>
          </w:tcPr>
          <w:p w14:paraId="25F80828" w14:textId="77777777" w:rsidR="00C379E1" w:rsidRPr="00DD7921" w:rsidRDefault="00C379E1">
            <w:pPr>
              <w:rPr>
                <w:sz w:val="28"/>
                <w:szCs w:val="28"/>
              </w:rPr>
            </w:pPr>
          </w:p>
        </w:tc>
      </w:tr>
      <w:tr w:rsidR="00C379E1" w:rsidRPr="00DD7921" w14:paraId="216A7E45" w14:textId="77777777" w:rsidTr="00714607">
        <w:trPr>
          <w:jc w:val="center"/>
        </w:trPr>
        <w:tc>
          <w:tcPr>
            <w:tcW w:w="4956" w:type="dxa"/>
            <w:shd w:val="clear" w:color="auto" w:fill="D9D9D9" w:themeFill="background1" w:themeFillShade="D9"/>
          </w:tcPr>
          <w:p w14:paraId="1DD5C5CC" w14:textId="77777777" w:rsidR="00C379E1" w:rsidRPr="00BF291E" w:rsidRDefault="00DA42C7">
            <w:pPr>
              <w:rPr>
                <w:b/>
                <w:bCs/>
                <w:sz w:val="32"/>
                <w:szCs w:val="32"/>
              </w:rPr>
            </w:pPr>
            <w:r w:rsidRPr="00BF291E">
              <w:rPr>
                <w:b/>
                <w:bCs/>
                <w:sz w:val="32"/>
                <w:szCs w:val="32"/>
              </w:rPr>
              <w:t xml:space="preserve">Datum </w:t>
            </w:r>
            <w:proofErr w:type="spellStart"/>
            <w:r w:rsidRPr="00BF291E">
              <w:rPr>
                <w:b/>
                <w:bCs/>
                <w:sz w:val="32"/>
                <w:szCs w:val="32"/>
              </w:rPr>
              <w:t>narození</w:t>
            </w:r>
            <w:proofErr w:type="spellEnd"/>
          </w:p>
        </w:tc>
        <w:tc>
          <w:tcPr>
            <w:tcW w:w="6024" w:type="dxa"/>
          </w:tcPr>
          <w:p w14:paraId="2D11DD7B" w14:textId="77777777" w:rsidR="00C379E1" w:rsidRPr="00DD7921" w:rsidRDefault="00C379E1">
            <w:pPr>
              <w:rPr>
                <w:sz w:val="28"/>
                <w:szCs w:val="28"/>
              </w:rPr>
            </w:pPr>
          </w:p>
        </w:tc>
      </w:tr>
      <w:tr w:rsidR="00C379E1" w:rsidRPr="00DD7921" w14:paraId="28C83F1C" w14:textId="77777777" w:rsidTr="00714607">
        <w:trPr>
          <w:jc w:val="center"/>
        </w:trPr>
        <w:tc>
          <w:tcPr>
            <w:tcW w:w="4956" w:type="dxa"/>
            <w:shd w:val="clear" w:color="auto" w:fill="D9D9D9" w:themeFill="background1" w:themeFillShade="D9"/>
          </w:tcPr>
          <w:p w14:paraId="0D7AD497" w14:textId="60C5E18A" w:rsidR="00C379E1" w:rsidRPr="00E3440F" w:rsidRDefault="00DA42C7">
            <w:pPr>
              <w:rPr>
                <w:sz w:val="32"/>
                <w:szCs w:val="32"/>
              </w:rPr>
            </w:pPr>
            <w:proofErr w:type="spellStart"/>
            <w:r w:rsidRPr="00E3440F">
              <w:rPr>
                <w:sz w:val="32"/>
                <w:szCs w:val="32"/>
              </w:rPr>
              <w:t>Adresa</w:t>
            </w:r>
            <w:proofErr w:type="spellEnd"/>
            <w:r w:rsidR="00DD7921" w:rsidRPr="00E3440F">
              <w:rPr>
                <w:sz w:val="32"/>
                <w:szCs w:val="32"/>
              </w:rPr>
              <w:t xml:space="preserve"> </w:t>
            </w:r>
            <w:proofErr w:type="spellStart"/>
            <w:r w:rsidR="00DD7921" w:rsidRPr="00E3440F">
              <w:rPr>
                <w:sz w:val="32"/>
                <w:szCs w:val="32"/>
              </w:rPr>
              <w:t>trvalý</w:t>
            </w:r>
            <w:proofErr w:type="spellEnd"/>
            <w:r w:rsidR="00DD7921" w:rsidRPr="00E3440F">
              <w:rPr>
                <w:sz w:val="32"/>
                <w:szCs w:val="32"/>
              </w:rPr>
              <w:t xml:space="preserve"> </w:t>
            </w:r>
            <w:proofErr w:type="spellStart"/>
            <w:r w:rsidR="00DD7921" w:rsidRPr="00E3440F">
              <w:rPr>
                <w:sz w:val="32"/>
                <w:szCs w:val="32"/>
              </w:rPr>
              <w:t>pobyt</w:t>
            </w:r>
            <w:proofErr w:type="spellEnd"/>
          </w:p>
        </w:tc>
        <w:tc>
          <w:tcPr>
            <w:tcW w:w="6024" w:type="dxa"/>
          </w:tcPr>
          <w:p w14:paraId="3C3A6F2F" w14:textId="77777777" w:rsidR="00C379E1" w:rsidRPr="00DD7921" w:rsidRDefault="00C379E1">
            <w:pPr>
              <w:rPr>
                <w:sz w:val="28"/>
                <w:szCs w:val="28"/>
              </w:rPr>
            </w:pPr>
          </w:p>
        </w:tc>
      </w:tr>
      <w:tr w:rsidR="00DD7921" w:rsidRPr="00DD7921" w14:paraId="2EF9CC1B" w14:textId="77777777" w:rsidTr="00714607">
        <w:trPr>
          <w:jc w:val="center"/>
        </w:trPr>
        <w:tc>
          <w:tcPr>
            <w:tcW w:w="4956" w:type="dxa"/>
            <w:shd w:val="clear" w:color="auto" w:fill="D9D9D9" w:themeFill="background1" w:themeFillShade="D9"/>
          </w:tcPr>
          <w:p w14:paraId="0CA66F59" w14:textId="6E168E12" w:rsidR="00DD7921" w:rsidRPr="00E3440F" w:rsidRDefault="00DD7921">
            <w:pPr>
              <w:rPr>
                <w:sz w:val="32"/>
                <w:szCs w:val="32"/>
              </w:rPr>
            </w:pPr>
            <w:proofErr w:type="spellStart"/>
            <w:r w:rsidRPr="00E3440F">
              <w:rPr>
                <w:sz w:val="32"/>
                <w:szCs w:val="32"/>
              </w:rPr>
              <w:t>Adresa</w:t>
            </w:r>
            <w:proofErr w:type="spellEnd"/>
            <w:r w:rsidRPr="00E3440F">
              <w:rPr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E3440F">
              <w:rPr>
                <w:sz w:val="32"/>
                <w:szCs w:val="32"/>
              </w:rPr>
              <w:t>jiná</w:t>
            </w:r>
            <w:proofErr w:type="spellEnd"/>
            <w:r w:rsidRPr="00E3440F">
              <w:rPr>
                <w:sz w:val="32"/>
                <w:szCs w:val="32"/>
              </w:rPr>
              <w:t>( je</w:t>
            </w:r>
            <w:proofErr w:type="gramEnd"/>
            <w:r w:rsidRPr="00E3440F">
              <w:rPr>
                <w:sz w:val="32"/>
                <w:szCs w:val="32"/>
              </w:rPr>
              <w:t xml:space="preserve">-li </w:t>
            </w:r>
            <w:proofErr w:type="spellStart"/>
            <w:r w:rsidRPr="00E3440F">
              <w:rPr>
                <w:sz w:val="32"/>
                <w:szCs w:val="32"/>
              </w:rPr>
              <w:t>zvíře</w:t>
            </w:r>
            <w:proofErr w:type="spellEnd"/>
            <w:r w:rsidRPr="00E3440F">
              <w:rPr>
                <w:sz w:val="32"/>
                <w:szCs w:val="32"/>
              </w:rPr>
              <w:t xml:space="preserve"> </w:t>
            </w:r>
            <w:proofErr w:type="spellStart"/>
            <w:r w:rsidR="00E3440F" w:rsidRPr="00E3440F">
              <w:rPr>
                <w:sz w:val="32"/>
                <w:szCs w:val="32"/>
              </w:rPr>
              <w:t>chováno</w:t>
            </w:r>
            <w:proofErr w:type="spellEnd"/>
            <w:r w:rsidR="00E3440F" w:rsidRPr="00E3440F">
              <w:rPr>
                <w:sz w:val="32"/>
                <w:szCs w:val="32"/>
              </w:rPr>
              <w:t xml:space="preserve"> </w:t>
            </w:r>
            <w:proofErr w:type="spellStart"/>
            <w:r w:rsidRPr="00E3440F">
              <w:rPr>
                <w:sz w:val="32"/>
                <w:szCs w:val="32"/>
              </w:rPr>
              <w:t>na</w:t>
            </w:r>
            <w:proofErr w:type="spellEnd"/>
            <w:r w:rsidRPr="00E3440F">
              <w:rPr>
                <w:sz w:val="32"/>
                <w:szCs w:val="32"/>
              </w:rPr>
              <w:t xml:space="preserve"> </w:t>
            </w:r>
            <w:proofErr w:type="spellStart"/>
            <w:r w:rsidRPr="00E3440F">
              <w:rPr>
                <w:sz w:val="32"/>
                <w:szCs w:val="32"/>
              </w:rPr>
              <w:t>adrese</w:t>
            </w:r>
            <w:proofErr w:type="spellEnd"/>
            <w:r w:rsidRPr="00E3440F">
              <w:rPr>
                <w:sz w:val="32"/>
                <w:szCs w:val="32"/>
              </w:rPr>
              <w:t xml:space="preserve"> </w:t>
            </w:r>
            <w:proofErr w:type="spellStart"/>
            <w:r w:rsidRPr="00E3440F">
              <w:rPr>
                <w:sz w:val="32"/>
                <w:szCs w:val="32"/>
              </w:rPr>
              <w:t>mimo</w:t>
            </w:r>
            <w:proofErr w:type="spellEnd"/>
            <w:r w:rsidRPr="00E3440F">
              <w:rPr>
                <w:sz w:val="32"/>
                <w:szCs w:val="32"/>
              </w:rPr>
              <w:t xml:space="preserve"> tr. </w:t>
            </w:r>
            <w:proofErr w:type="spellStart"/>
            <w:r w:rsidRPr="00E3440F">
              <w:rPr>
                <w:sz w:val="32"/>
                <w:szCs w:val="32"/>
              </w:rPr>
              <w:t>bydliště</w:t>
            </w:r>
            <w:proofErr w:type="spellEnd"/>
            <w:r w:rsidRPr="00E3440F">
              <w:rPr>
                <w:sz w:val="32"/>
                <w:szCs w:val="32"/>
              </w:rPr>
              <w:t xml:space="preserve"> </w:t>
            </w:r>
            <w:proofErr w:type="spellStart"/>
            <w:r w:rsidRPr="00E3440F">
              <w:rPr>
                <w:sz w:val="32"/>
                <w:szCs w:val="32"/>
              </w:rPr>
              <w:t>majitele</w:t>
            </w:r>
            <w:proofErr w:type="spellEnd"/>
            <w:r w:rsidR="00162A0C" w:rsidRPr="00E3440F">
              <w:rPr>
                <w:sz w:val="32"/>
                <w:szCs w:val="32"/>
              </w:rPr>
              <w:t>)</w:t>
            </w:r>
          </w:p>
          <w:p w14:paraId="471C7E15" w14:textId="4F00535D" w:rsidR="00162A0C" w:rsidRPr="00E3440F" w:rsidRDefault="00162A0C">
            <w:pPr>
              <w:rPr>
                <w:sz w:val="32"/>
                <w:szCs w:val="32"/>
              </w:rPr>
            </w:pPr>
          </w:p>
        </w:tc>
        <w:tc>
          <w:tcPr>
            <w:tcW w:w="6024" w:type="dxa"/>
          </w:tcPr>
          <w:p w14:paraId="2B1DBD74" w14:textId="77777777" w:rsidR="00DD7921" w:rsidRPr="00DD7921" w:rsidRDefault="00DD7921">
            <w:pPr>
              <w:rPr>
                <w:sz w:val="28"/>
                <w:szCs w:val="28"/>
              </w:rPr>
            </w:pPr>
          </w:p>
        </w:tc>
      </w:tr>
      <w:tr w:rsidR="00C379E1" w:rsidRPr="00DD7921" w14:paraId="584136A3" w14:textId="77777777" w:rsidTr="00714607">
        <w:trPr>
          <w:jc w:val="center"/>
        </w:trPr>
        <w:tc>
          <w:tcPr>
            <w:tcW w:w="4956" w:type="dxa"/>
            <w:shd w:val="clear" w:color="auto" w:fill="D9D9D9" w:themeFill="background1" w:themeFillShade="D9"/>
          </w:tcPr>
          <w:p w14:paraId="2529D144" w14:textId="77777777" w:rsidR="00C379E1" w:rsidRPr="00E3440F" w:rsidRDefault="00DA42C7">
            <w:pPr>
              <w:rPr>
                <w:b/>
                <w:bCs/>
                <w:sz w:val="32"/>
                <w:szCs w:val="32"/>
              </w:rPr>
            </w:pPr>
            <w:proofErr w:type="spellStart"/>
            <w:r w:rsidRPr="00E3440F">
              <w:rPr>
                <w:b/>
                <w:bCs/>
                <w:sz w:val="32"/>
                <w:szCs w:val="32"/>
              </w:rPr>
              <w:t>Telefon</w:t>
            </w:r>
            <w:proofErr w:type="spellEnd"/>
          </w:p>
        </w:tc>
        <w:tc>
          <w:tcPr>
            <w:tcW w:w="6024" w:type="dxa"/>
          </w:tcPr>
          <w:p w14:paraId="504DEB1A" w14:textId="77777777" w:rsidR="00C379E1" w:rsidRPr="00DD7921" w:rsidRDefault="00C379E1">
            <w:pPr>
              <w:rPr>
                <w:sz w:val="28"/>
                <w:szCs w:val="28"/>
              </w:rPr>
            </w:pPr>
          </w:p>
        </w:tc>
      </w:tr>
      <w:tr w:rsidR="00C379E1" w:rsidRPr="00DD7921" w14:paraId="0128ACEE" w14:textId="77777777" w:rsidTr="00714607">
        <w:trPr>
          <w:jc w:val="center"/>
        </w:trPr>
        <w:tc>
          <w:tcPr>
            <w:tcW w:w="4956" w:type="dxa"/>
            <w:shd w:val="clear" w:color="auto" w:fill="D9D9D9" w:themeFill="background1" w:themeFillShade="D9"/>
          </w:tcPr>
          <w:p w14:paraId="58D9DE29" w14:textId="033A07A8" w:rsidR="00C379E1" w:rsidRPr="00E3440F" w:rsidRDefault="00DA42C7">
            <w:pPr>
              <w:rPr>
                <w:b/>
                <w:bCs/>
                <w:sz w:val="32"/>
                <w:szCs w:val="32"/>
              </w:rPr>
            </w:pPr>
            <w:proofErr w:type="gramStart"/>
            <w:r w:rsidRPr="00E3440F">
              <w:rPr>
                <w:b/>
                <w:bCs/>
                <w:sz w:val="32"/>
                <w:szCs w:val="32"/>
              </w:rPr>
              <w:t>E-mail</w:t>
            </w:r>
            <w:r w:rsidR="001325AE">
              <w:rPr>
                <w:b/>
                <w:bCs/>
                <w:sz w:val="32"/>
                <w:szCs w:val="32"/>
              </w:rPr>
              <w:t xml:space="preserve">( </w:t>
            </w:r>
            <w:proofErr w:type="spellStart"/>
            <w:r w:rsidR="001325AE">
              <w:rPr>
                <w:b/>
                <w:bCs/>
                <w:sz w:val="32"/>
                <w:szCs w:val="32"/>
              </w:rPr>
              <w:t>čitelně</w:t>
            </w:r>
            <w:proofErr w:type="spellEnd"/>
            <w:proofErr w:type="gramEnd"/>
            <w:r w:rsidR="0036614F">
              <w:rPr>
                <w:b/>
                <w:bCs/>
                <w:sz w:val="32"/>
                <w:szCs w:val="32"/>
              </w:rPr>
              <w:t>!</w:t>
            </w:r>
            <w:r w:rsidR="001325AE">
              <w:rPr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6024" w:type="dxa"/>
          </w:tcPr>
          <w:p w14:paraId="392CA7A8" w14:textId="77777777" w:rsidR="00C379E1" w:rsidRPr="00DD7921" w:rsidRDefault="00C379E1">
            <w:pPr>
              <w:rPr>
                <w:sz w:val="28"/>
                <w:szCs w:val="28"/>
              </w:rPr>
            </w:pPr>
          </w:p>
        </w:tc>
      </w:tr>
    </w:tbl>
    <w:p w14:paraId="51BFF496" w14:textId="77777777" w:rsidR="00C379E1" w:rsidRDefault="00DA42C7">
      <w:r>
        <w:br/>
        <w:t xml:space="preserve">Datum: __________________    </w:t>
      </w:r>
      <w:proofErr w:type="spellStart"/>
      <w:r>
        <w:t>Podpis</w:t>
      </w:r>
      <w:proofErr w:type="spellEnd"/>
      <w:r>
        <w:t>: __________________</w:t>
      </w:r>
    </w:p>
    <w:sectPr w:rsidR="00C379E1" w:rsidSect="00DD792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94564790">
    <w:abstractNumId w:val="8"/>
  </w:num>
  <w:num w:numId="2" w16cid:durableId="1196113914">
    <w:abstractNumId w:val="6"/>
  </w:num>
  <w:num w:numId="3" w16cid:durableId="737634386">
    <w:abstractNumId w:val="5"/>
  </w:num>
  <w:num w:numId="4" w16cid:durableId="1673295299">
    <w:abstractNumId w:val="4"/>
  </w:num>
  <w:num w:numId="5" w16cid:durableId="266161708">
    <w:abstractNumId w:val="7"/>
  </w:num>
  <w:num w:numId="6" w16cid:durableId="877359043">
    <w:abstractNumId w:val="3"/>
  </w:num>
  <w:num w:numId="7" w16cid:durableId="977684770">
    <w:abstractNumId w:val="2"/>
  </w:num>
  <w:num w:numId="8" w16cid:durableId="1928997047">
    <w:abstractNumId w:val="1"/>
  </w:num>
  <w:num w:numId="9" w16cid:durableId="125783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27AB"/>
    <w:rsid w:val="001325AE"/>
    <w:rsid w:val="0015074B"/>
    <w:rsid w:val="00162A0C"/>
    <w:rsid w:val="0027410D"/>
    <w:rsid w:val="0029639D"/>
    <w:rsid w:val="00326F90"/>
    <w:rsid w:val="0036614F"/>
    <w:rsid w:val="00421478"/>
    <w:rsid w:val="0064473A"/>
    <w:rsid w:val="00714607"/>
    <w:rsid w:val="007944F5"/>
    <w:rsid w:val="00802A88"/>
    <w:rsid w:val="00852118"/>
    <w:rsid w:val="00950DEE"/>
    <w:rsid w:val="009A6D81"/>
    <w:rsid w:val="009D5097"/>
    <w:rsid w:val="00A41A01"/>
    <w:rsid w:val="00A80A97"/>
    <w:rsid w:val="00AA04B3"/>
    <w:rsid w:val="00AA1D8D"/>
    <w:rsid w:val="00B47730"/>
    <w:rsid w:val="00BA0BAB"/>
    <w:rsid w:val="00BE1B12"/>
    <w:rsid w:val="00BF291E"/>
    <w:rsid w:val="00C379E1"/>
    <w:rsid w:val="00CB0664"/>
    <w:rsid w:val="00D33C2E"/>
    <w:rsid w:val="00D90109"/>
    <w:rsid w:val="00DD7921"/>
    <w:rsid w:val="00E2086A"/>
    <w:rsid w:val="00E3440F"/>
    <w:rsid w:val="00E71E99"/>
    <w:rsid w:val="00F04C97"/>
    <w:rsid w:val="00F5076C"/>
    <w:rsid w:val="00F8029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C14D5"/>
  <w14:defaultImageDpi w14:val="300"/>
  <w15:docId w15:val="{D3E990D7-9389-4D87-9A61-3020BCD47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671</Characters>
  <Application>Microsoft Office Word</Application>
  <DocSecurity>0</DocSecurity>
  <Lines>134</Lines>
  <Paragraphs>52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Ondřej Ryba</cp:lastModifiedBy>
  <cp:revision>2</cp:revision>
  <cp:lastPrinted>2026-09-04T15:09:00Z</cp:lastPrinted>
  <dcterms:created xsi:type="dcterms:W3CDTF">2026-09-04T15:16:00Z</dcterms:created>
  <dcterms:modified xsi:type="dcterms:W3CDTF">2026-09-04T15:16:00Z</dcterms:modified>
  <cp:category/>
</cp:coreProperties>
</file>